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pBdr>
          <w:bottom w:val="single" w:sz="12" w:space="1" w:color="000000"/>
        </w:pBdr>
      </w:pPr>
      <w:r>
        <w:rPr>
          <w:b/>
          <w:sz w:val="36"/>
        </w:rPr>
        <w:t>Ficha de captación</w:t>
      </w:r>
      <w:r>
        <w:rPr>
          <w:color w:val="333333"/>
          <w:sz w:val="16"/>
        </w:rPr>
        <w:t xml:space="preserve">    Para la llamada y la visita de valoración. Escribe con las palabras del propietario.</w:t>
      </w:r>
    </w:p>
    <w:p>
      <w:pPr>
        <w:spacing w:before="100" w:after="0"/>
      </w:pPr>
      <w:r>
        <w:rPr>
          <w:b w:val="0"/>
          <w:i w:val="0"/>
          <w:sz w:val="18"/>
        </w:rPr>
        <w:t>Agencia: ___________________     Agente: ___________________     Fecha: ___/___/______     Ref.: ______</w:t>
      </w:r>
    </w:p>
    <w:p>
      <w:pPr>
        <w:spacing w:before="100" w:after="0"/>
      </w:pPr>
      <w:r>
        <w:rPr>
          <w:b w:val="0"/>
          <w:i w:val="0"/>
          <w:sz w:val="18"/>
        </w:rPr>
        <w:t>Llegó por: ☐ Su anuncio   ☐ Web de valoración   ☐ Recomendación   ☐ Cartel o buzón   ☐ Puerta fría   ☐ Antiguo cliente   ☐ Otro: __________</w:t>
      </w:r>
    </w:p>
    <w:p>
      <w:pPr>
        <w:spacing w:before="100" w:after="0"/>
      </w:pPr>
      <w:r>
        <w:rPr>
          <w:b w:val="0"/>
          <w:i w:val="0"/>
          <w:sz w:val="18"/>
        </w:rPr>
        <w:t>Se rellena en: ☐ Llamada   ☐ Visita   ☐ Entrega de la valoración</w:t>
      </w:r>
    </w:p>
    <w:p>
      <w:pPr>
        <w:spacing w:before="180" w:after="40"/>
        <w:pBdr>
          <w:bottom w:val="single" w:sz="6" w:space="1" w:color="000000"/>
        </w:pBdr>
      </w:pPr>
      <w:r>
        <w:rPr>
          <w:b/>
          <w:sz w:val="20"/>
        </w:rPr>
        <w:t>1. CONTACTO</w:t>
      </w:r>
      <w:r>
        <w:rPr>
          <w:i/>
          <w:color w:val="333333"/>
          <w:sz w:val="16"/>
        </w:rPr>
        <w:t xml:space="preserve">    Con quién hablas y cómo puedes volver a hablar con él.</w:t>
      </w:r>
    </w:p>
    <w:p>
      <w:pPr>
        <w:spacing w:before="100" w:after="0"/>
      </w:pPr>
      <w:r>
        <w:rPr>
          <w:b w:val="0"/>
          <w:i w:val="0"/>
          <w:sz w:val="18"/>
        </w:rPr>
        <w:t>Nombre: ________________________________________________     Teléfono: ________________________________</w:t>
      </w:r>
    </w:p>
    <w:p>
      <w:pPr>
        <w:spacing w:before="100" w:after="0"/>
      </w:pPr>
      <w:r>
        <w:rPr>
          <w:b w:val="0"/>
          <w:i w:val="0"/>
          <w:sz w:val="18"/>
        </w:rPr>
        <w:t>Correo: ________________________________________     Mejor hora para llamar: __________________________</w:t>
      </w:r>
    </w:p>
    <w:p>
      <w:pPr>
        <w:spacing w:before="100" w:after="0"/>
      </w:pPr>
      <w:r>
        <w:rPr>
          <w:b w:val="0"/>
          <w:i w:val="0"/>
          <w:sz w:val="18"/>
        </w:rPr>
        <w:t>Es: ☐ Titular   ☐ Cotitular   ☐ Heredero/a   ☐ Apoderado/a   ☐ Familiar   ☐ Otro: __________</w:t>
      </w:r>
    </w:p>
    <w:p>
      <w:pPr>
        <w:spacing w:before="100" w:after="0"/>
      </w:pPr>
      <w:r>
        <w:rPr>
          <w:b w:val="0"/>
          <w:i w:val="0"/>
          <w:sz w:val="18"/>
        </w:rPr>
        <w:t>¿Puedo escribirle por WhatsApp o correo? ☐ Sí   ☐ No     Cuándo y con qué palabras: ____________________</w:t>
      </w:r>
    </w:p>
    <w:p>
      <w:pPr>
        <w:spacing w:before="100" w:after="0"/>
      </w:pPr>
      <w:r>
        <w:rPr>
          <w:b w:val="0"/>
          <w:i w:val="0"/>
          <w:sz w:val="18"/>
        </w:rPr>
        <w:t>Pidió no recibir más llamadas el: ___/___/______</w:t>
      </w:r>
    </w:p>
    <w:p>
      <w:pPr>
        <w:spacing w:before="180" w:after="40"/>
        <w:pBdr>
          <w:bottom w:val="single" w:sz="6" w:space="1" w:color="000000"/>
        </w:pBdr>
      </w:pPr>
      <w:r>
        <w:rPr>
          <w:b/>
          <w:sz w:val="20"/>
        </w:rPr>
        <w:t>2. TITULARES Y QUIÉN DECIDE</w:t>
      </w:r>
      <w:r>
        <w:rPr>
          <w:i/>
          <w:color w:val="333333"/>
          <w:sz w:val="16"/>
        </w:rPr>
        <w:t xml:space="preserve">    Quien te atiende no siempre es quien firma.</w:t>
      </w:r>
    </w:p>
    <w:p>
      <w:pPr>
        <w:spacing w:before="100" w:after="0"/>
      </w:pPr>
      <w:r>
        <w:rPr>
          <w:b w:val="0"/>
          <w:i w:val="0"/>
          <w:sz w:val="18"/>
        </w:rPr>
        <w:t>N.º de titulares: ________________________________     ¿Todos quieren vender? ☐ Sí   ☐ No   ☐ No lo sabe</w:t>
      </w:r>
    </w:p>
    <w:p>
      <w:pPr>
        <w:spacing w:before="100" w:after="0"/>
      </w:pPr>
      <w:r>
        <w:rPr>
          <w:b w:val="0"/>
          <w:i w:val="0"/>
          <w:sz w:val="18"/>
        </w:rPr>
        <w:t>Régimen: ☐ Privativo   ☐ Gananciales   ☐ Proindiviso   ☐ Herencia sin aceptar   ☐ Herencia aceptada   ☐ Con usufructo   ☐ Sociedad</w:t>
      </w:r>
    </w:p>
    <w:p>
      <w:pPr>
        <w:spacing w:before="100" w:after="0"/>
      </w:pPr>
      <w:r>
        <w:rPr>
          <w:b w:val="0"/>
          <w:i w:val="0"/>
          <w:sz w:val="18"/>
        </w:rPr>
        <w:t>Quién tiene que estar en la próxima cita: ______________________________________________________________</w:t>
      </w:r>
    </w:p>
    <w:p>
      <w:pPr>
        <w:spacing w:before="60" w:after="0"/>
      </w:pPr>
      <w:r>
        <w:rPr>
          <w:b w:val="0"/>
          <w:i/>
          <w:color w:val="333333"/>
          <w:sz w:val="16"/>
        </w:rPr>
        <w:t>Los datos de los demás titulares, que te los den ellos cuando los conozcas.</w:t>
      </w:r>
    </w:p>
    <w:p>
      <w:pPr>
        <w:spacing w:before="180" w:after="40"/>
        <w:pBdr>
          <w:bottom w:val="single" w:sz="6" w:space="1" w:color="000000"/>
        </w:pBdr>
      </w:pPr>
      <w:r>
        <w:rPr>
          <w:b/>
          <w:sz w:val="20"/>
        </w:rPr>
        <w:t>3. EL INMUEBLE</w:t>
      </w:r>
      <w:r>
        <w:rPr>
          <w:i/>
          <w:color w:val="333333"/>
          <w:sz w:val="16"/>
        </w:rPr>
        <w:t xml:space="preserve">    Lo que necesitas para valorarlo bien, medido y comprobado.</w:t>
      </w:r>
    </w:p>
    <w:p>
      <w:pPr>
        <w:spacing w:before="100" w:after="0"/>
      </w:pPr>
      <w:r>
        <w:rPr>
          <w:b w:val="0"/>
          <w:i w:val="0"/>
          <w:sz w:val="18"/>
        </w:rPr>
        <w:t>Dirección (calle, número, planta, puerta): ________________________________________     C. P.: ________</w:t>
      </w:r>
    </w:p>
    <w:p>
      <w:pPr>
        <w:spacing w:before="100" w:after="0"/>
      </w:pPr>
      <w:r>
        <w:rPr>
          <w:b w:val="0"/>
          <w:i w:val="0"/>
          <w:sz w:val="18"/>
        </w:rPr>
        <w:t>Barrio: ___________________________     Referencia catastral: _________________________________________</w:t>
      </w:r>
    </w:p>
    <w:p>
      <w:pPr>
        <w:spacing w:before="100" w:after="0"/>
      </w:pPr>
      <w:r>
        <w:rPr>
          <w:b w:val="0"/>
          <w:i w:val="0"/>
          <w:sz w:val="18"/>
        </w:rPr>
        <w:t>Tipo: ☐ Piso   ☐ Ático   ☐ Bajo   ☐ Dúplex   ☐ Casa   ☐ Local   ☐ Otro: __________</w:t>
      </w:r>
    </w:p>
    <w:p>
      <w:pPr>
        <w:spacing w:before="100" w:after="0"/>
      </w:pPr>
      <w:r>
        <w:rPr>
          <w:b w:val="0"/>
          <w:i w:val="0"/>
          <w:sz w:val="18"/>
        </w:rPr>
        <w:t>m² construidos (Catastro): ________     m² útiles (medidos): ________     Año de construcción: ________</w:t>
      </w:r>
    </w:p>
    <w:p>
      <w:pPr>
        <w:spacing w:before="100" w:after="0"/>
      </w:pPr>
      <w:r>
        <w:rPr>
          <w:b w:val="0"/>
          <w:i w:val="0"/>
          <w:sz w:val="18"/>
        </w:rPr>
        <w:t>Planta: ________     Dormitorios: ________     Baños: ________     ☐ Exterior   ☐ Interior     Orientación: ________</w:t>
      </w:r>
    </w:p>
    <w:p>
      <w:pPr>
        <w:spacing w:before="100" w:after="0"/>
      </w:pPr>
      <w:r>
        <w:rPr>
          <w:b w:val="0"/>
          <w:i w:val="0"/>
          <w:sz w:val="18"/>
        </w:rPr>
        <w:t>Ascensor: ☐ Sí   ☐ No     Garaje: ☐ Incluido   ☐ Aparte   ☐ No     Trastero: ☐ Sí   ☐ No</w:t>
      </w:r>
    </w:p>
    <w:p>
      <w:pPr>
        <w:spacing w:before="100" w:after="0"/>
      </w:pPr>
      <w:r>
        <w:rPr>
          <w:b w:val="0"/>
          <w:i w:val="0"/>
          <w:sz w:val="18"/>
        </w:rPr>
        <w:t>Terraza o balcón (m²): _____________     Calefacción: ___________________________     Aire: ☐ Sí   ☐ No</w:t>
      </w:r>
    </w:p>
    <w:p>
      <w:pPr>
        <w:spacing w:before="100" w:after="0"/>
      </w:pPr>
      <w:r>
        <w:rPr>
          <w:b w:val="0"/>
          <w:i w:val="0"/>
          <w:sz w:val="18"/>
        </w:rPr>
        <w:t>Estado: ☐ Para entrar a vivir   ☐ Para actualizar   ☐ Para reformar</w:t>
      </w:r>
    </w:p>
    <w:p>
      <w:pPr>
        <w:spacing w:before="100" w:after="0"/>
      </w:pPr>
      <w:r>
        <w:rPr>
          <w:b w:val="0"/>
          <w:i w:val="0"/>
          <w:sz w:val="18"/>
        </w:rPr>
        <w:t>Reformas hechas (qué y en qué año): ____________________________________________________________________</w:t>
      </w:r>
    </w:p>
    <w:p>
      <w:pPr>
        <w:spacing w:before="100" w:after="0"/>
      </w:pPr>
      <w:r>
        <w:rPr>
          <w:b w:val="0"/>
          <w:i w:val="0"/>
          <w:sz w:val="18"/>
        </w:rPr>
        <w:t>Comunidad (€/mes): ______     Derramas aprobadas o previstas: __________________     IBI (€/año): ______</w:t>
      </w:r>
    </w:p>
    <w:p>
      <w:pPr>
        <w:spacing w:before="100" w:after="0"/>
      </w:pPr>
      <w:r>
        <w:rPr>
          <w:b w:val="0"/>
          <w:i w:val="0"/>
          <w:sz w:val="18"/>
        </w:rPr>
        <w:t>Lo que el propietario dice que le falla al piso:</w:t>
      </w:r>
    </w:p>
    <w:p>
      <w:pPr>
        <w:spacing w:before="200" w:after="0"/>
        <w:pBdr>
          <w:bottom w:val="single" w:sz="4" w:space="1" w:color="000000"/>
        </w:pBdr>
      </w:pPr>
    </w:p>
    <w:p>
      <w:pPr>
        <w:spacing w:before="100" w:after="0"/>
      </w:pPr>
      <w:r>
        <w:rPr>
          <w:b w:val="0"/>
          <w:i w:val="0"/>
          <w:sz w:val="18"/>
        </w:rPr>
        <w:t>Lo que ves tú y habrá que explicar en las visitas:</w:t>
      </w:r>
    </w:p>
    <w:p>
      <w:pPr>
        <w:spacing w:before="200" w:after="0"/>
        <w:pBdr>
          <w:bottom w:val="single" w:sz="4" w:space="1" w:color="000000"/>
        </w:pBdr>
      </w:pPr>
    </w:p>
    <w:p>
      <w:pPr>
        <w:spacing w:before="180" w:after="40"/>
        <w:pBdr>
          <w:bottom w:val="single" w:sz="6" w:space="1" w:color="000000"/>
        </w:pBdr>
      </w:pPr>
      <w:r>
        <w:rPr>
          <w:b/>
          <w:sz w:val="20"/>
        </w:rPr>
        <w:t>4. CARGAS, REGISTRO Y OCUPACIÓN</w:t>
      </w:r>
      <w:r>
        <w:rPr>
          <w:i/>
          <w:color w:val="333333"/>
          <w:sz w:val="16"/>
        </w:rPr>
        <w:t xml:space="preserve">    Lo que puede parar una venta cuando ya hay comprador.</w:t>
      </w:r>
    </w:p>
    <w:p>
      <w:pPr>
        <w:spacing w:before="100" w:after="0"/>
      </w:pPr>
      <w:r>
        <w:rPr>
          <w:b w:val="0"/>
          <w:i w:val="0"/>
          <w:sz w:val="18"/>
        </w:rPr>
        <w:t>Hipoteca: ☐ No   ☐ Sí     Pendiente aprox. (€): _____________________     Entidad: _____________________</w:t>
      </w:r>
    </w:p>
    <w:p>
      <w:pPr>
        <w:spacing w:before="100" w:after="0"/>
      </w:pPr>
      <w:r>
        <w:rPr>
          <w:b w:val="0"/>
          <w:i w:val="0"/>
          <w:sz w:val="18"/>
        </w:rPr>
        <w:t>Otras cargas que conozca (embargos, servidumbres, afecciones): _________________________________________</w:t>
      </w:r>
    </w:p>
    <w:p>
      <w:pPr>
        <w:spacing w:before="100" w:after="0"/>
      </w:pPr>
      <w:r>
        <w:rPr>
          <w:b w:val="0"/>
          <w:i w:val="0"/>
          <w:sz w:val="18"/>
        </w:rPr>
        <w:t>Inscrita a su nombre: ☐ Sí   ☐ No   ☐ No lo sabe     Vivienda protegida: ☐ No   ☐ Sí   ☐ Descalificada</w:t>
      </w:r>
    </w:p>
    <w:p>
      <w:pPr>
        <w:spacing w:before="100" w:after="0"/>
      </w:pPr>
      <w:r>
        <w:rPr>
          <w:b w:val="0"/>
          <w:i w:val="0"/>
          <w:sz w:val="18"/>
        </w:rPr>
        <w:t>Ocupación: ☐ Vacía   ☐ Vive el propietario   ☐ Alquilada   ☐ Cedida a un familiar   ☐ Ocupada sin título</w:t>
      </w:r>
    </w:p>
    <w:p>
      <w:pPr>
        <w:spacing w:before="100" w:after="0"/>
      </w:pPr>
      <w:r>
        <w:rPr>
          <w:b w:val="0"/>
          <w:i w:val="0"/>
          <w:sz w:val="18"/>
        </w:rPr>
        <w:t>Si está alquilada, contrato hasta: ___/___/______     Renta (€/mes): ________     ¿El inquilino sabe que se vende? ☐ Sí   ☐ No</w:t>
      </w:r>
    </w:p>
    <w:p>
      <w:pPr>
        <w:spacing w:before="100" w:after="0"/>
      </w:pPr>
      <w:r>
        <w:rPr>
          <w:b w:val="0"/>
          <w:i w:val="0"/>
          <w:sz w:val="18"/>
        </w:rPr>
        <w:t>Nota simple pedida el: ___/___/______     ¿Coincide con lo que dijo? ☐ Sí   ☐ No</w:t>
      </w:r>
    </w:p>
    <w:p>
      <w:pPr>
        <w:spacing w:before="180" w:after="40"/>
        <w:pBdr>
          <w:bottom w:val="single" w:sz="6" w:space="1" w:color="000000"/>
        </w:pBdr>
      </w:pPr>
      <w:r>
        <w:rPr>
          <w:b/>
          <w:sz w:val="20"/>
        </w:rPr>
        <w:t>5. MOTIVO Y PLAZO</w:t>
      </w:r>
      <w:r>
        <w:rPr>
          <w:i/>
          <w:color w:val="333333"/>
          <w:sz w:val="16"/>
        </w:rPr>
        <w:t xml:space="preserve">    El apartado que decide si hay encargo, y el que casi todas las plantillas olvidan.</w:t>
      </w:r>
    </w:p>
    <w:p>
      <w:pPr>
        <w:spacing w:before="100" w:after="0"/>
      </w:pPr>
      <w:r>
        <w:rPr>
          <w:b w:val="0"/>
          <w:i w:val="0"/>
          <w:sz w:val="18"/>
        </w:rPr>
        <w:t>Por qué vende, con sus palabras:</w:t>
      </w:r>
    </w:p>
    <w:p>
      <w:pPr>
        <w:spacing w:before="200" w:after="0"/>
        <w:pBdr>
          <w:bottom w:val="single" w:sz="4" w:space="1" w:color="000000"/>
        </w:pBdr>
      </w:pPr>
    </w:p>
    <w:p>
      <w:pPr>
        <w:spacing w:before="200" w:after="0"/>
        <w:pBdr>
          <w:bottom w:val="single" w:sz="4" w:space="1" w:color="000000"/>
        </w:pBdr>
      </w:pPr>
    </w:p>
    <w:p>
      <w:pPr>
        <w:spacing w:before="100" w:after="0"/>
      </w:pPr>
      <w:r>
        <w:rPr>
          <w:b w:val="0"/>
          <w:i w:val="0"/>
          <w:sz w:val="18"/>
        </w:rPr>
        <w:t>Plazo: ☐ Cuanto antes   ☐ Menos de 3 meses   ☐ De 3 a 6 meses   ☐ Sin prisa     Fecha que le condiciona: ___/___/______</w:t>
      </w:r>
    </w:p>
    <w:p>
      <w:pPr>
        <w:spacing w:before="100" w:after="0"/>
      </w:pPr>
      <w:r>
        <w:rPr>
          <w:b w:val="0"/>
          <w:i w:val="0"/>
          <w:sz w:val="18"/>
        </w:rPr>
        <w:t>¿Tiene que comprar otra vivienda? ☐ No   ☐ Sí, ya la tiene   ☐ Sí, y depende de vender esta</w:t>
      </w:r>
    </w:p>
    <w:p>
      <w:pPr>
        <w:spacing w:before="100" w:after="0"/>
      </w:pPr>
      <w:r>
        <w:rPr>
          <w:b w:val="0"/>
          <w:i w:val="0"/>
          <w:sz w:val="18"/>
        </w:rPr>
        <w:t>¿Lo ha anunciado? ☐ No   ☐ Por su cuenta   ☐ Con agencia     Desde cuándo, con quién, hasta cuándo: ________</w:t>
      </w:r>
    </w:p>
    <w:p>
      <w:pPr>
        <w:spacing w:before="100" w:after="0"/>
      </w:pPr>
      <w:r>
        <w:rPr>
          <w:b w:val="0"/>
          <w:i w:val="0"/>
          <w:sz w:val="18"/>
        </w:rPr>
        <w:t>Visitas y ofertas que ha tenido: _______________________________________________________________________</w:t>
      </w:r>
    </w:p>
    <w:p>
      <w:r>
        <w:br w:type="page"/>
      </w:r>
    </w:p>
    <w:p>
      <w:pPr>
        <w:spacing w:before="180" w:after="40"/>
        <w:pBdr>
          <w:bottom w:val="single" w:sz="6" w:space="1" w:color="000000"/>
        </w:pBdr>
      </w:pPr>
      <w:r>
        <w:rPr>
          <w:b/>
          <w:sz w:val="20"/>
        </w:rPr>
        <w:t>6. PRECIO</w:t>
      </w:r>
      <w:r>
        <w:rPr>
          <w:i/>
          <w:color w:val="333333"/>
          <w:sz w:val="16"/>
        </w:rPr>
        <w:t xml:space="preserve">    Tres cifras distintas que conviene no mezclar.</w:t>
      </w:r>
    </w:p>
    <w:p>
      <w:pPr>
        <w:spacing w:before="100" w:after="0"/>
      </w:pPr>
      <w:r>
        <w:rPr>
          <w:b w:val="0"/>
          <w:i w:val="0"/>
          <w:sz w:val="18"/>
        </w:rPr>
        <w:t>Precio que tiene en la cabeza (€): ________     Lo saca de: ☐ Un vecino   ☐ Un portal   ☐ Una tasación   ☐ Otra agencia   ☐ Lo que necesita</w:t>
      </w:r>
    </w:p>
    <w:p>
      <w:pPr>
        <w:spacing w:before="100" w:after="0"/>
      </w:pPr>
      <w:r>
        <w:rPr>
          <w:b w:val="0"/>
          <w:i w:val="0"/>
          <w:sz w:val="18"/>
        </w:rPr>
        <w:t>Lo que necesita sacar: deuda, compra siguiente (€): _________     Por debajo de esto no vende (€): ______</w:t>
      </w:r>
    </w:p>
    <w:p>
      <w:pPr>
        <w:spacing w:before="100" w:after="0"/>
      </w:pPr>
      <w:r>
        <w:rPr>
          <w:b w:val="0"/>
          <w:i w:val="0"/>
          <w:sz w:val="18"/>
        </w:rPr>
        <w:t>Nuestra valoración: de (€): _______________     a (€): _______________     Entregada el: ___/___/______</w:t>
      </w:r>
    </w:p>
    <w:p>
      <w:pPr>
        <w:spacing w:before="100" w:after="0"/>
      </w:pPr>
      <w:r>
        <w:rPr>
          <w:b w:val="0"/>
          <w:i w:val="0"/>
          <w:sz w:val="18"/>
        </w:rPr>
        <w:t>Qué hacemos con la diferencia:</w:t>
      </w:r>
    </w:p>
    <w:p>
      <w:pPr>
        <w:spacing w:before="200" w:after="0"/>
        <w:pBdr>
          <w:bottom w:val="single" w:sz="4" w:space="1" w:color="000000"/>
        </w:pBdr>
      </w:pPr>
    </w:p>
    <w:p>
      <w:pPr>
        <w:spacing w:before="180" w:after="40"/>
        <w:pBdr>
          <w:bottom w:val="single" w:sz="6" w:space="1" w:color="000000"/>
        </w:pBdr>
      </w:pPr>
      <w:r>
        <w:rPr>
          <w:b/>
          <w:sz w:val="20"/>
        </w:rPr>
        <w:t>7. DOCUMENTACIÓN</w:t>
      </w:r>
      <w:r>
        <w:rPr>
          <w:i/>
          <w:color w:val="333333"/>
          <w:sz w:val="16"/>
        </w:rPr>
        <w:t xml:space="preserve">    Marca lo que tiene y lo que falta. No hace falta todo el primer día.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bottom w:val="single" w:sz="4" w:color="000000"/>
          <w:insideH w:val="single" w:sz="4" w:color="000000"/>
          <w:left w:val="nil"/>
          <w:right w:val="nil"/>
          <w:insideV w:val="nil"/>
        </w:tblBorders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b/>
                <w:sz w:val="16"/>
              </w:rPr>
              <w:t>Documento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16"/>
              </w:rPr>
              <w:t>Lo tiene</w:t>
            </w:r>
          </w:p>
        </w:tc>
        <w:tc>
          <w:tcPr>
            <w:tcW w:type="dxa" w:w="737"/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16"/>
              </w:rPr>
              <w:t>Falta</w:t>
            </w:r>
          </w:p>
        </w:tc>
        <w:tc>
          <w:tcPr>
            <w:tcW w:type="dxa" w:w="2268"/>
          </w:tcPr>
          <w:p>
            <w:pPr>
              <w:spacing w:before="40" w:after="40"/>
            </w:pPr>
            <w:r/>
            <w:r>
              <w:rPr>
                <w:b/>
                <w:sz w:val="16"/>
              </w:rPr>
              <w:t>Lo consigue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/>
            <w:r>
              <w:rPr>
                <w:b/>
                <w:sz w:val="16"/>
              </w:rPr>
              <w:t>Para cuándo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Escritura o título de propiedad (si es herencia, la de aceptación)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737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268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Propietario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Visita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Último recibo del IBI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737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268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Propietario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Visita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Contrato de alquiler, si lo hay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737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268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Propietario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Visita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Nota simple del Registro de la Propiedad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737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268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Agencia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Antes de la 2.ª cita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DNI o NIE de todos los titulares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737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268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Propietario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Al firmar el encargo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Certificado de eficiencia energética registrado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737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268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Propietario, con un técnico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Antes de anunciar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Cédula o certificado de habitabilidad, donde se exija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737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268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Propietario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Antes de anunciar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Último recibo de comunidad y derramas aprobadas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737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268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Propietario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Antes de anunciar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Planos, facturas de reformas, inspección del edificio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737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268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Propietario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Si los tiene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Certificado de deuda con la comunidad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737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268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Administrador de la finca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Antes de la notaría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Certificado de deuda pendiente de la hipoteca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737"/>
          </w:tcPr>
          <w:p>
            <w:pPr>
              <w:spacing w:before="40" w:after="40"/>
              <w:jc w:val="center"/>
            </w:pPr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268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Banco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Antes de la notaría</w:t>
            </w:r>
          </w:p>
        </w:tc>
      </w:tr>
    </w:tbl>
    <w:p>
      <w:pPr>
        <w:spacing w:before="180" w:after="40"/>
        <w:pBdr>
          <w:bottom w:val="single" w:sz="6" w:space="1" w:color="000000"/>
        </w:pBdr>
      </w:pPr>
      <w:r>
        <w:rPr>
          <w:b/>
          <w:sz w:val="20"/>
        </w:rPr>
        <w:t>8. PRÓXIMO PASO</w:t>
      </w:r>
      <w:r>
        <w:rPr>
          <w:i/>
          <w:color w:val="333333"/>
          <w:sz w:val="16"/>
        </w:rPr>
        <w:t xml:space="preserve">    Ninguna ficha se cierra sin una fecha.</w:t>
      </w:r>
    </w:p>
    <w:p>
      <w:pPr>
        <w:spacing w:before="100" w:after="0"/>
      </w:pPr>
      <w:r>
        <w:rPr>
          <w:b w:val="0"/>
          <w:i w:val="0"/>
          <w:sz w:val="18"/>
        </w:rPr>
        <w:t>Próxima cita: ___/___/______     Hora: _______     Dónde: ______________     Con quién: ______________</w:t>
      </w:r>
    </w:p>
    <w:p>
      <w:pPr>
        <w:spacing w:before="100" w:after="0"/>
      </w:pPr>
      <w:r>
        <w:rPr>
          <w:b w:val="0"/>
          <w:i w:val="0"/>
          <w:sz w:val="18"/>
        </w:rPr>
        <w:t>Llevo: ☐ Valoración con comparables   ☐ Plan de comercialización   ☐ Nota de encargo   ☐ Otro: __________</w:t>
      </w:r>
    </w:p>
    <w:p>
      <w:pPr>
        <w:spacing w:before="100" w:after="0"/>
      </w:pPr>
      <w:r>
        <w:rPr>
          <w:b w:val="0"/>
          <w:i w:val="0"/>
          <w:sz w:val="18"/>
        </w:rPr>
        <w:t>Si dice «ahora no», volver a llamar el: ___/___/______     Con qué motivo: _____________________________</w:t>
      </w:r>
    </w:p>
    <w:p>
      <w:pPr>
        <w:spacing w:before="100" w:after="0"/>
      </w:pPr>
      <w:r>
        <w:rPr>
          <w:b w:val="0"/>
          <w:i w:val="0"/>
          <w:sz w:val="18"/>
        </w:rPr>
        <w:t>Notas:</w:t>
      </w:r>
    </w:p>
    <w:p>
      <w:pPr>
        <w:spacing w:before="200" w:after="0"/>
        <w:pBdr>
          <w:bottom w:val="single" w:sz="4" w:space="1" w:color="000000"/>
        </w:pBdr>
      </w:pPr>
    </w:p>
    <w:p>
      <w:pPr>
        <w:spacing w:before="200" w:after="0"/>
        <w:pBdr>
          <w:bottom w:val="single" w:sz="4" w:space="1" w:color="000000"/>
        </w:pBdr>
      </w:pPr>
    </w:p>
    <w:p>
      <w:pPr>
        <w:spacing w:before="200" w:after="0"/>
        <w:pBdr>
          <w:bottom w:val="single" w:sz="4" w:space="1" w:color="000000"/>
        </w:pBdr>
      </w:pPr>
    </w:p>
    <w:p>
      <w:pPr>
        <w:spacing w:before="200" w:after="0"/>
        <w:pBdr>
          <w:bottom w:val="single" w:sz="4" w:space="1" w:color="000000"/>
        </w:pBdr>
      </w:pPr>
    </w:p>
    <w:p>
      <w:pPr>
        <w:spacing w:before="280" w:after="60"/>
        <w:pBdr>
          <w:bottom w:val="single" w:sz="6" w:space="1" w:color="000000"/>
        </w:pBdr>
      </w:pPr>
      <w:r>
        <w:rPr>
          <w:b/>
          <w:i w:val="0"/>
          <w:sz w:val="18"/>
        </w:rPr>
        <w:t>INFORMACIÓN BÁSICA SOBRE PROTECCIÓN DE DATOS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000000"/>
          <w:bottom w:val="single" w:sz="4" w:color="000000"/>
          <w:insideH w:val="single" w:sz="4" w:color="000000"/>
          <w:left w:val="nil"/>
          <w:right w:val="nil"/>
          <w:insideV w:val="nil"/>
        </w:tblBorders>
      </w:tblPr>
      <w:tblGrid>
        <w:gridCol w:w="5159"/>
        <w:gridCol w:w="5159"/>
      </w:tblGrid>
      <w:tr>
        <w:tc>
          <w:tcPr>
            <w:tcW w:type="dxa" w:w="1814"/>
          </w:tcPr>
          <w:p>
            <w:pPr>
              <w:spacing w:before="40" w:after="40"/>
            </w:pPr>
            <w:r/>
            <w:r>
              <w:rPr>
                <w:b/>
                <w:sz w:val="16"/>
              </w:rPr>
              <w:t>Responsable</w:t>
            </w:r>
          </w:p>
        </w:tc>
        <w:tc>
          <w:tcPr>
            <w:tcW w:type="dxa" w:w="8504"/>
          </w:tcPr>
          <w:p>
            <w:pPr>
              <w:spacing w:before="40" w:after="40"/>
            </w:pPr>
            <w:r/>
            <w:r>
              <w:rPr>
                <w:b w:val="0"/>
                <w:sz w:val="16"/>
              </w:rPr>
              <w:t>[AGENCIA], NIF [NIF], [DIRECCIÓN]. Contacto: [CORREO].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</w:pPr>
            <w:r/>
            <w:r>
              <w:rPr>
                <w:b/>
                <w:sz w:val="16"/>
              </w:rPr>
              <w:t>Finalidad</w:t>
            </w:r>
          </w:p>
        </w:tc>
        <w:tc>
          <w:tcPr>
            <w:tcW w:type="dxa" w:w="8504"/>
          </w:tcPr>
          <w:p>
            <w:pPr>
              <w:spacing w:before="40" w:after="40"/>
            </w:pPr>
            <w:r/>
            <w:r>
              <w:rPr>
                <w:b w:val="0"/>
                <w:sz w:val="16"/>
              </w:rPr>
              <w:t>Valorar su inmueble y, si nos encarga la venta o el alquiler, gestionarla. Contactarle sobre esa valoración.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</w:pPr>
            <w:r/>
            <w:r>
              <w:rPr>
                <w:b/>
                <w:sz w:val="16"/>
              </w:rPr>
              <w:t>Legitimación</w:t>
            </w:r>
          </w:p>
        </w:tc>
        <w:tc>
          <w:tcPr>
            <w:tcW w:type="dxa" w:w="8504"/>
          </w:tcPr>
          <w:p>
            <w:pPr>
              <w:spacing w:before="40" w:after="40"/>
            </w:pPr>
            <w:r/>
            <w:r>
              <w:rPr>
                <w:b w:val="0"/>
                <w:sz w:val="16"/>
              </w:rPr>
              <w:t>Su solicitud de valoración (art. 6.1.b RGPD). Las comunicaciones comerciales, solo si marca la casilla de abajo.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</w:pPr>
            <w:r/>
            <w:r>
              <w:rPr>
                <w:b/>
                <w:sz w:val="16"/>
              </w:rPr>
              <w:t>Destinatarios</w:t>
            </w:r>
          </w:p>
        </w:tc>
        <w:tc>
          <w:tcPr>
            <w:tcW w:type="dxa" w:w="8504"/>
          </w:tcPr>
          <w:p>
            <w:pPr>
              <w:spacing w:before="40" w:after="40"/>
            </w:pPr>
            <w:r/>
            <w:r>
              <w:rPr>
                <w:b w:val="0"/>
                <w:sz w:val="16"/>
              </w:rPr>
              <w:t>No se cederán datos a terceros, salvo obligación legal.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</w:pPr>
            <w:r/>
            <w:r>
              <w:rPr>
                <w:b/>
                <w:sz w:val="16"/>
              </w:rPr>
              <w:t>Conservación</w:t>
            </w:r>
          </w:p>
        </w:tc>
        <w:tc>
          <w:tcPr>
            <w:tcW w:type="dxa" w:w="8504"/>
          </w:tcPr>
          <w:p>
            <w:pPr>
              <w:spacing w:before="40" w:after="40"/>
            </w:pPr>
            <w:r/>
            <w:r>
              <w:rPr>
                <w:b w:val="0"/>
                <w:sz w:val="16"/>
              </w:rPr>
              <w:t>Mientras dure la relación y, después, el tiempo en que puedan exigirse responsabilidades legales.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</w:pPr>
            <w:r/>
            <w:r>
              <w:rPr>
                <w:b/>
                <w:sz w:val="16"/>
              </w:rPr>
              <w:t>Derechos</w:t>
            </w:r>
          </w:p>
        </w:tc>
        <w:tc>
          <w:tcPr>
            <w:tcW w:type="dxa" w:w="8504"/>
          </w:tcPr>
          <w:p>
            <w:pPr>
              <w:spacing w:before="40" w:after="40"/>
            </w:pPr>
            <w:r/>
            <w:r>
              <w:rPr>
                <w:b w:val="0"/>
                <w:sz w:val="16"/>
              </w:rPr>
              <w:t>Acceder, rectificar y suprimir sus datos, y otros derechos, escribiendo a [CORREO]. Puede reclamar ante la Agencia Española de Protección de Datos (aepd.es).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</w:pPr>
            <w:r/>
            <w:r>
              <w:rPr>
                <w:b/>
                <w:sz w:val="16"/>
              </w:rPr>
              <w:t>Información adicional</w:t>
            </w:r>
          </w:p>
        </w:tc>
        <w:tc>
          <w:tcPr>
            <w:tcW w:type="dxa" w:w="8504"/>
          </w:tcPr>
          <w:p>
            <w:pPr>
              <w:spacing w:before="40" w:after="40"/>
            </w:pPr>
            <w:r/>
            <w:r>
              <w:rPr>
                <w:b w:val="0"/>
                <w:sz w:val="16"/>
              </w:rPr>
              <w:t>[WEB DE LA POLÍTICA DE PRIVACIDAD]</w:t>
            </w:r>
          </w:p>
        </w:tc>
      </w:tr>
    </w:tbl>
    <w:p>
      <w:pPr>
        <w:spacing w:before="120" w:after="0"/>
      </w:pPr>
      <w:r>
        <w:rPr>
          <w:b w:val="0"/>
          <w:i w:val="0"/>
          <w:sz w:val="16"/>
        </w:rPr>
        <w:t>☐ Quiero recibir de [AGENCIA] información sobre precios de mi zona y sus servicios por correo o WhatsApp. Es voluntario: no marcarla no cambia nada de la valoración.</w:t>
      </w:r>
    </w:p>
    <w:p>
      <w:pPr>
        <w:spacing w:before="280" w:after="0"/>
      </w:pPr>
      <w:r>
        <w:rPr>
          <w:b w:val="0"/>
          <w:i w:val="0"/>
          <w:sz w:val="18"/>
        </w:rPr>
        <w:t>Recibí esta información. Firma del propietario: ________________________________     Fecha: ___/___/______</w:t>
      </w:r>
    </w:p>
    <w:sectPr w:rsidR="00FC693F" w:rsidRPr="0006063C" w:rsidSect="00034616">
      <w:footerReference w:type="default" r:id="rId9"/>
      <w:pgSz w:w="11906" w:h="16838"/>
      <w:pgMar w:top="680" w:right="794" w:bottom="737" w:left="79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333333"/>
        <w:sz w:val="14"/>
      </w:rPr>
      <w:t>Plantilla de kaptalo.com · Úsala, cópiala y cámbiala libremente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captación de inmuebles</dc:title>
  <dc:subject/>
  <dc:creator>Kaptalo</dc:creator>
  <cp:keywords/>
  <dc:description>Plantilla de kaptalo.com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